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3D179" w14:textId="3DE17694" w:rsidR="00877CE4" w:rsidRPr="00DD6FCD" w:rsidRDefault="00000000">
      <w:pPr>
        <w:spacing w:after="240" w:line="240" w:lineRule="auto"/>
        <w:jc w:val="center"/>
        <w:rPr>
          <w:color w:val="A6A6A6" w:themeColor="background1" w:themeShade="A6"/>
        </w:rPr>
      </w:pPr>
      <w:r w:rsidRPr="00DD6FCD">
        <w:rPr>
          <w:b/>
          <w:color w:val="A6A6A6" w:themeColor="background1" w:themeShade="A6"/>
        </w:rPr>
        <w:t>MODELO DE RESUMO – INVESTIGAÇÃO, INOVAÇÃO OU TRABALHOS BASEADOS NA PRÁTICA</w:t>
      </w:r>
      <w:r w:rsidR="00DD6FCD">
        <w:rPr>
          <w:b/>
          <w:color w:val="A6A6A6" w:themeColor="background1" w:themeShade="A6"/>
        </w:rPr>
        <w:t xml:space="preserve"> (</w:t>
      </w:r>
      <w:proofErr w:type="spellStart"/>
      <w:r w:rsidR="007D702F" w:rsidRPr="007D702F">
        <w:rPr>
          <w:b/>
          <w:color w:val="A6A6A6" w:themeColor="background1" w:themeShade="A6"/>
        </w:rPr>
        <w:t>eliminar</w:t>
      </w:r>
      <w:proofErr w:type="spellEnd"/>
      <w:r w:rsidR="007D702F" w:rsidRPr="007D702F">
        <w:rPr>
          <w:b/>
          <w:color w:val="A6A6A6" w:themeColor="background1" w:themeShade="A6"/>
        </w:rPr>
        <w:t xml:space="preserve"> </w:t>
      </w:r>
      <w:proofErr w:type="spellStart"/>
      <w:r w:rsidR="007D702F" w:rsidRPr="007D702F">
        <w:rPr>
          <w:b/>
          <w:color w:val="A6A6A6" w:themeColor="background1" w:themeShade="A6"/>
        </w:rPr>
        <w:t>esta</w:t>
      </w:r>
      <w:proofErr w:type="spellEnd"/>
      <w:r w:rsidR="007D702F" w:rsidRPr="007D702F">
        <w:rPr>
          <w:b/>
          <w:color w:val="A6A6A6" w:themeColor="background1" w:themeShade="A6"/>
        </w:rPr>
        <w:t xml:space="preserve"> </w:t>
      </w:r>
      <w:proofErr w:type="spellStart"/>
      <w:r w:rsidR="007D702F" w:rsidRPr="007D702F">
        <w:rPr>
          <w:b/>
          <w:color w:val="A6A6A6" w:themeColor="background1" w:themeShade="A6"/>
        </w:rPr>
        <w:t>linha</w:t>
      </w:r>
      <w:proofErr w:type="spellEnd"/>
      <w:r w:rsidR="007D702F" w:rsidRPr="007D702F">
        <w:rPr>
          <w:b/>
          <w:color w:val="A6A6A6" w:themeColor="background1" w:themeShade="A6"/>
        </w:rPr>
        <w:t xml:space="preserve"> antes da </w:t>
      </w:r>
      <w:proofErr w:type="spellStart"/>
      <w:r w:rsidR="007D702F" w:rsidRPr="007D702F">
        <w:rPr>
          <w:b/>
          <w:color w:val="A6A6A6" w:themeColor="background1" w:themeShade="A6"/>
        </w:rPr>
        <w:t>submissão</w:t>
      </w:r>
      <w:proofErr w:type="spellEnd"/>
      <w:r w:rsidR="007D702F" w:rsidRPr="007D702F">
        <w:rPr>
          <w:b/>
          <w:color w:val="A6A6A6" w:themeColor="background1" w:themeShade="A6"/>
        </w:rPr>
        <w:t>)</w:t>
      </w:r>
    </w:p>
    <w:p w14:paraId="21E6C8D8" w14:textId="77777777" w:rsidR="00DD6FCD" w:rsidRDefault="00DD6FCD" w:rsidP="00DD6FCD">
      <w:pPr>
        <w:spacing w:after="120" w:line="240" w:lineRule="auto"/>
        <w:jc w:val="center"/>
        <w:rPr>
          <w:b/>
        </w:rPr>
      </w:pPr>
    </w:p>
    <w:p w14:paraId="5B980BDC" w14:textId="41F9A975" w:rsidR="00877CE4" w:rsidRDefault="00000000" w:rsidP="00DD6FCD">
      <w:pPr>
        <w:spacing w:after="120" w:line="240" w:lineRule="auto"/>
        <w:jc w:val="center"/>
        <w:rPr>
          <w:b/>
        </w:rPr>
      </w:pPr>
      <w:r>
        <w:rPr>
          <w:b/>
        </w:rPr>
        <w:t>TÍTULO DO TRABALHO</w:t>
      </w:r>
    </w:p>
    <w:p w14:paraId="655B4EC7" w14:textId="77777777" w:rsidR="00DD6FCD" w:rsidRDefault="00DD6FCD" w:rsidP="00DD6FCD">
      <w:pPr>
        <w:spacing w:after="120" w:line="240" w:lineRule="auto"/>
        <w:jc w:val="center"/>
      </w:pPr>
    </w:p>
    <w:p w14:paraId="730BEF41" w14:textId="4B1BF822" w:rsidR="00877CE4" w:rsidRDefault="00000000">
      <w:pPr>
        <w:spacing w:after="40" w:line="240" w:lineRule="auto"/>
        <w:rPr>
          <w:vertAlign w:val="superscript"/>
        </w:rPr>
      </w:pPr>
      <w:r>
        <w:t>Silva A.</w:t>
      </w:r>
      <w:r>
        <w:rPr>
          <w:vertAlign w:val="superscript"/>
        </w:rPr>
        <w:t>1</w:t>
      </w:r>
      <w:r w:rsidR="00DD6FCD">
        <w:rPr>
          <w:vertAlign w:val="superscript"/>
        </w:rPr>
        <w:t>*</w:t>
      </w:r>
      <w:r>
        <w:t>, Costa P.</w:t>
      </w:r>
      <w:r>
        <w:rPr>
          <w:vertAlign w:val="superscript"/>
        </w:rPr>
        <w:t>2</w:t>
      </w:r>
      <w:r>
        <w:t>, Martins L.</w:t>
      </w:r>
      <w:r>
        <w:rPr>
          <w:vertAlign w:val="superscript"/>
        </w:rPr>
        <w:t>1,3</w:t>
      </w:r>
    </w:p>
    <w:p w14:paraId="41CCC13A" w14:textId="1B71859F" w:rsidR="007D702F" w:rsidRPr="001C4226" w:rsidRDefault="001C4226" w:rsidP="007D702F">
      <w:pPr>
        <w:pStyle w:val="pdq2pgselectionanchorcontainer"/>
        <w:rPr>
          <w:rStyle w:val="Forte"/>
          <w:b w:val="0"/>
          <w:bCs w:val="0"/>
          <w:sz w:val="22"/>
          <w:szCs w:val="22"/>
        </w:rPr>
      </w:pPr>
      <w:r w:rsidRPr="001C4226">
        <w:rPr>
          <w:rStyle w:val="Forte"/>
          <w:b w:val="0"/>
          <w:bCs w:val="0"/>
          <w:sz w:val="22"/>
          <w:szCs w:val="22"/>
          <w:vertAlign w:val="superscript"/>
        </w:rPr>
        <w:t>1</w:t>
      </w:r>
      <w:r w:rsidR="007D702F" w:rsidRPr="001C4226">
        <w:rPr>
          <w:rStyle w:val="Forte"/>
          <w:b w:val="0"/>
          <w:bCs w:val="0"/>
          <w:sz w:val="22"/>
          <w:szCs w:val="22"/>
          <w:vertAlign w:val="superscript"/>
        </w:rPr>
        <w:t xml:space="preserve"> </w:t>
      </w:r>
      <w:r w:rsidR="007D702F" w:rsidRPr="001C4226">
        <w:rPr>
          <w:rStyle w:val="Forte"/>
          <w:b w:val="0"/>
          <w:bCs w:val="0"/>
          <w:sz w:val="22"/>
          <w:szCs w:val="22"/>
        </w:rPr>
        <w:t xml:space="preserve">Instituição, unidade orgânica (quando aplicável), cidade, país; </w:t>
      </w:r>
      <w:r w:rsidRPr="001C4226">
        <w:rPr>
          <w:rStyle w:val="Forte"/>
          <w:b w:val="0"/>
          <w:bCs w:val="0"/>
          <w:sz w:val="22"/>
          <w:szCs w:val="22"/>
          <w:vertAlign w:val="superscript"/>
        </w:rPr>
        <w:t>2</w:t>
      </w:r>
      <w:r w:rsidR="007D702F" w:rsidRPr="001C4226">
        <w:rPr>
          <w:rStyle w:val="Forte"/>
          <w:b w:val="0"/>
          <w:bCs w:val="0"/>
          <w:sz w:val="22"/>
          <w:szCs w:val="22"/>
          <w:vertAlign w:val="superscript"/>
        </w:rPr>
        <w:t xml:space="preserve"> </w:t>
      </w:r>
      <w:r w:rsidR="007D702F" w:rsidRPr="001C4226">
        <w:rPr>
          <w:rStyle w:val="Forte"/>
          <w:b w:val="0"/>
          <w:bCs w:val="0"/>
          <w:sz w:val="22"/>
          <w:szCs w:val="22"/>
        </w:rPr>
        <w:t xml:space="preserve">Instituição, unidade orgânica (quando aplicável), cidade, país; </w:t>
      </w:r>
      <w:r w:rsidRPr="001C4226">
        <w:rPr>
          <w:rStyle w:val="Forte"/>
          <w:b w:val="0"/>
          <w:bCs w:val="0"/>
          <w:sz w:val="22"/>
          <w:szCs w:val="22"/>
          <w:vertAlign w:val="superscript"/>
        </w:rPr>
        <w:t>3</w:t>
      </w:r>
      <w:r w:rsidR="007D702F" w:rsidRPr="001C4226">
        <w:rPr>
          <w:rStyle w:val="Forte"/>
          <w:b w:val="0"/>
          <w:bCs w:val="0"/>
          <w:sz w:val="22"/>
          <w:szCs w:val="22"/>
        </w:rPr>
        <w:t>Instituição, unidade orgânica (quando aplicável), cidade, país.</w:t>
      </w:r>
    </w:p>
    <w:p w14:paraId="07D503F9" w14:textId="31D13436" w:rsidR="00877CE4" w:rsidRDefault="00DD6FCD">
      <w:pPr>
        <w:spacing w:after="160" w:line="240" w:lineRule="auto"/>
      </w:pPr>
      <w:r>
        <w:rPr>
          <w:b/>
        </w:rPr>
        <w:t xml:space="preserve">*Autor </w:t>
      </w:r>
      <w:proofErr w:type="spellStart"/>
      <w:r>
        <w:rPr>
          <w:b/>
        </w:rPr>
        <w:t>correspondente</w:t>
      </w:r>
      <w:proofErr w:type="spellEnd"/>
      <w:r>
        <w:rPr>
          <w:b/>
        </w:rPr>
        <w:t xml:space="preserve">: </w:t>
      </w:r>
      <w:hyperlink r:id="rId8" w:history="1">
        <w:r w:rsidRPr="004411C8">
          <w:rPr>
            <w:rStyle w:val="Hiperligao"/>
          </w:rPr>
          <w:t>email@exemplo.pt</w:t>
        </w:r>
      </w:hyperlink>
      <w:r>
        <w:t xml:space="preserve"> </w:t>
      </w:r>
    </w:p>
    <w:p w14:paraId="78B48FB2" w14:textId="77777777" w:rsidR="00DD6FCD" w:rsidRDefault="00DD6FCD">
      <w:pPr>
        <w:spacing w:before="120" w:after="120" w:line="360" w:lineRule="auto"/>
        <w:jc w:val="both"/>
        <w:rPr>
          <w:b/>
        </w:rPr>
      </w:pPr>
    </w:p>
    <w:p w14:paraId="12061CA9" w14:textId="21B004CA" w:rsidR="00877CE4" w:rsidRDefault="00000000">
      <w:pPr>
        <w:spacing w:before="120" w:after="120" w:line="360" w:lineRule="auto"/>
        <w:jc w:val="both"/>
      </w:pPr>
      <w:proofErr w:type="spellStart"/>
      <w:r>
        <w:rPr>
          <w:b/>
        </w:rPr>
        <w:t>Introdução</w:t>
      </w:r>
      <w:proofErr w:type="spellEnd"/>
      <w:r>
        <w:rPr>
          <w:b/>
        </w:rPr>
        <w:t xml:space="preserve"> e </w:t>
      </w:r>
      <w:proofErr w:type="spellStart"/>
      <w:r>
        <w:rPr>
          <w:b/>
        </w:rPr>
        <w:t>objetivo</w:t>
      </w:r>
      <w:proofErr w:type="spellEnd"/>
      <w:r>
        <w:rPr>
          <w:b/>
        </w:rPr>
        <w:t xml:space="preserve">: </w:t>
      </w:r>
      <w:r>
        <w:t>[</w:t>
      </w:r>
      <w:proofErr w:type="spellStart"/>
      <w:r>
        <w:t>contextualizar</w:t>
      </w:r>
      <w:proofErr w:type="spellEnd"/>
      <w:r>
        <w:t xml:space="preserve"> </w:t>
      </w:r>
      <w:proofErr w:type="spellStart"/>
      <w:r>
        <w:t>brevemente</w:t>
      </w:r>
      <w:proofErr w:type="spellEnd"/>
      <w:r>
        <w:t xml:space="preserve"> o </w:t>
      </w:r>
      <w:proofErr w:type="spellStart"/>
      <w:r>
        <w:t>tema</w:t>
      </w:r>
      <w:proofErr w:type="spellEnd"/>
      <w:r>
        <w:t xml:space="preserve"> e apresentar claramente o objetivo do trabalho]</w:t>
      </w:r>
    </w:p>
    <w:p w14:paraId="0F863186" w14:textId="77777777" w:rsidR="00877CE4" w:rsidRDefault="00000000">
      <w:pPr>
        <w:spacing w:before="120" w:after="120" w:line="360" w:lineRule="auto"/>
        <w:jc w:val="both"/>
      </w:pPr>
      <w:r>
        <w:rPr>
          <w:b/>
        </w:rPr>
        <w:t xml:space="preserve">Materiais e métodos: </w:t>
      </w:r>
      <w:r>
        <w:t>[descrever os procedimentos, intervenções, técnicas, instrumentos e, quando aplicável, a análise estatística]</w:t>
      </w:r>
    </w:p>
    <w:p w14:paraId="2A26A903" w14:textId="77777777" w:rsidR="00877CE4" w:rsidRDefault="00000000">
      <w:pPr>
        <w:spacing w:before="120" w:after="120" w:line="360" w:lineRule="auto"/>
        <w:jc w:val="both"/>
      </w:pPr>
      <w:r>
        <w:rPr>
          <w:b/>
        </w:rPr>
        <w:t xml:space="preserve">Resultados: </w:t>
      </w:r>
      <w:r>
        <w:t>[apresentar os principais resultados, salientando a sua relevância clínica, científica ou prática]</w:t>
      </w:r>
    </w:p>
    <w:p w14:paraId="282EAEEF" w14:textId="77777777" w:rsidR="00877CE4" w:rsidRDefault="00000000">
      <w:pPr>
        <w:spacing w:before="120" w:after="120" w:line="360" w:lineRule="auto"/>
        <w:jc w:val="both"/>
      </w:pPr>
      <w:r>
        <w:rPr>
          <w:b/>
        </w:rPr>
        <w:t xml:space="preserve">Conclusões: </w:t>
      </w:r>
      <w:r>
        <w:t>[sintetizar os principais resultados e a sua relevância para a Enfermagem Veterinária]</w:t>
      </w:r>
    </w:p>
    <w:p w14:paraId="21F9CE4F" w14:textId="77777777" w:rsidR="00877CE4" w:rsidRDefault="00000000">
      <w:pPr>
        <w:spacing w:before="120" w:after="120" w:line="360" w:lineRule="auto"/>
        <w:jc w:val="both"/>
      </w:pPr>
      <w:r>
        <w:rPr>
          <w:b/>
        </w:rPr>
        <w:t xml:space="preserve">Financiamento: </w:t>
      </w:r>
      <w:r>
        <w:t>[indicar quando aplicável]</w:t>
      </w:r>
    </w:p>
    <w:p w14:paraId="076C6B1E" w14:textId="77777777" w:rsidR="00877CE4" w:rsidRDefault="00000000">
      <w:pPr>
        <w:spacing w:before="120" w:after="120" w:line="360" w:lineRule="auto"/>
        <w:jc w:val="both"/>
      </w:pPr>
      <w:r>
        <w:rPr>
          <w:b/>
        </w:rPr>
        <w:t xml:space="preserve">Conflitos de interesse: </w:t>
      </w:r>
      <w:r>
        <w:t>[declarar quando aplicável]</w:t>
      </w:r>
    </w:p>
    <w:p w14:paraId="65561D23" w14:textId="77777777" w:rsidR="00877CE4" w:rsidRDefault="00000000">
      <w:pPr>
        <w:spacing w:before="120" w:after="120" w:line="360" w:lineRule="auto"/>
        <w:jc w:val="both"/>
      </w:pPr>
      <w:r>
        <w:rPr>
          <w:b/>
        </w:rPr>
        <w:t xml:space="preserve">Referências bibliográficas: </w:t>
      </w:r>
      <w:r>
        <w:t xml:space="preserve">[incluir até 4 referências, de acordo com as normas da </w:t>
      </w:r>
      <w:r w:rsidRPr="00DD6FCD">
        <w:rPr>
          <w:i/>
          <w:iCs/>
        </w:rPr>
        <w:t>American Psychological Association</w:t>
      </w:r>
      <w:r>
        <w:t xml:space="preserve"> (APA), 7.ª edição]</w:t>
      </w:r>
    </w:p>
    <w:p w14:paraId="33A8AD3E" w14:textId="77777777" w:rsidR="00877CE4" w:rsidRDefault="00000000">
      <w:pPr>
        <w:spacing w:before="120" w:after="120" w:line="360" w:lineRule="auto"/>
        <w:jc w:val="both"/>
      </w:pPr>
      <w:r>
        <w:rPr>
          <w:b/>
        </w:rPr>
        <w:t xml:space="preserve">Palavras-chave: </w:t>
      </w:r>
      <w:r>
        <w:t>[até 5, apresentadas por ordem de relevância]</w:t>
      </w:r>
    </w:p>
    <w:p w14:paraId="690B0215" w14:textId="77777777" w:rsidR="00877CE4" w:rsidRDefault="00000000">
      <w:pPr>
        <w:spacing w:before="200" w:after="0" w:line="240" w:lineRule="auto"/>
        <w:jc w:val="both"/>
      </w:pPr>
      <w:r w:rsidRPr="007D702F">
        <w:rPr>
          <w:b/>
          <w:sz w:val="20"/>
          <w:u w:val="single"/>
        </w:rPr>
        <w:t>Nota</w:t>
      </w:r>
      <w:r>
        <w:rPr>
          <w:b/>
          <w:sz w:val="20"/>
        </w:rPr>
        <w:t xml:space="preserve">: </w:t>
      </w:r>
      <w:r>
        <w:rPr>
          <w:sz w:val="20"/>
        </w:rPr>
        <w:t xml:space="preserve">o texto do resumo </w:t>
      </w:r>
      <w:proofErr w:type="gramStart"/>
      <w:r>
        <w:rPr>
          <w:sz w:val="20"/>
        </w:rPr>
        <w:t>não</w:t>
      </w:r>
      <w:proofErr w:type="gramEnd"/>
      <w:r>
        <w:rPr>
          <w:sz w:val="20"/>
        </w:rPr>
        <w:t xml:space="preserve"> pode exceder 250 palavras. O limite não inclui o título, a identificação dos autores, as afiliações, as palavras-chave, o financiamento, a declaração de conflitos de interesse e as referências bibliográficas.</w:t>
      </w:r>
    </w:p>
    <w:p w14:paraId="665BC24F" w14:textId="77777777" w:rsidR="00877CE4" w:rsidRDefault="00000000">
      <w:r>
        <w:br/>
      </w:r>
      <w:r>
        <w:br w:type="page"/>
      </w:r>
    </w:p>
    <w:p w14:paraId="01F292E0" w14:textId="29B5C968" w:rsidR="00877CE4" w:rsidRPr="00DD6FCD" w:rsidRDefault="00000000">
      <w:pPr>
        <w:spacing w:after="240" w:line="240" w:lineRule="auto"/>
        <w:jc w:val="center"/>
        <w:rPr>
          <w:color w:val="A6A6A6" w:themeColor="background1" w:themeShade="A6"/>
        </w:rPr>
      </w:pPr>
      <w:r w:rsidRPr="00DD6FCD">
        <w:rPr>
          <w:b/>
          <w:color w:val="A6A6A6" w:themeColor="background1" w:themeShade="A6"/>
        </w:rPr>
        <w:lastRenderedPageBreak/>
        <w:t>MODELO DE RESUMO – RELATO DE CASO OU SÉRIE DE CASOS</w:t>
      </w:r>
      <w:r w:rsidR="00DD6FCD">
        <w:rPr>
          <w:b/>
          <w:color w:val="A6A6A6" w:themeColor="background1" w:themeShade="A6"/>
        </w:rPr>
        <w:t xml:space="preserve"> </w:t>
      </w:r>
      <w:r w:rsidR="007D702F" w:rsidRPr="007D702F">
        <w:rPr>
          <w:b/>
          <w:color w:val="A6A6A6" w:themeColor="background1" w:themeShade="A6"/>
        </w:rPr>
        <w:t>(</w:t>
      </w:r>
      <w:proofErr w:type="spellStart"/>
      <w:r w:rsidR="007D702F" w:rsidRPr="007D702F">
        <w:rPr>
          <w:b/>
          <w:color w:val="A6A6A6" w:themeColor="background1" w:themeShade="A6"/>
        </w:rPr>
        <w:t>eliminar</w:t>
      </w:r>
      <w:proofErr w:type="spellEnd"/>
      <w:r w:rsidR="007D702F" w:rsidRPr="007D702F">
        <w:rPr>
          <w:b/>
          <w:color w:val="A6A6A6" w:themeColor="background1" w:themeShade="A6"/>
        </w:rPr>
        <w:t xml:space="preserve"> </w:t>
      </w:r>
      <w:proofErr w:type="spellStart"/>
      <w:r w:rsidR="007D702F" w:rsidRPr="007D702F">
        <w:rPr>
          <w:b/>
          <w:color w:val="A6A6A6" w:themeColor="background1" w:themeShade="A6"/>
        </w:rPr>
        <w:t>esta</w:t>
      </w:r>
      <w:proofErr w:type="spellEnd"/>
      <w:r w:rsidR="007D702F" w:rsidRPr="007D702F">
        <w:rPr>
          <w:b/>
          <w:color w:val="A6A6A6" w:themeColor="background1" w:themeShade="A6"/>
        </w:rPr>
        <w:t xml:space="preserve"> </w:t>
      </w:r>
      <w:proofErr w:type="spellStart"/>
      <w:r w:rsidR="007D702F" w:rsidRPr="007D702F">
        <w:rPr>
          <w:b/>
          <w:color w:val="A6A6A6" w:themeColor="background1" w:themeShade="A6"/>
        </w:rPr>
        <w:t>linha</w:t>
      </w:r>
      <w:proofErr w:type="spellEnd"/>
      <w:r w:rsidR="007D702F" w:rsidRPr="007D702F">
        <w:rPr>
          <w:b/>
          <w:color w:val="A6A6A6" w:themeColor="background1" w:themeShade="A6"/>
        </w:rPr>
        <w:t xml:space="preserve"> antes da </w:t>
      </w:r>
      <w:proofErr w:type="spellStart"/>
      <w:r w:rsidR="007D702F" w:rsidRPr="007D702F">
        <w:rPr>
          <w:b/>
          <w:color w:val="A6A6A6" w:themeColor="background1" w:themeShade="A6"/>
        </w:rPr>
        <w:t>submissão</w:t>
      </w:r>
      <w:proofErr w:type="spellEnd"/>
      <w:r w:rsidR="007D702F" w:rsidRPr="007D702F">
        <w:rPr>
          <w:b/>
          <w:color w:val="A6A6A6" w:themeColor="background1" w:themeShade="A6"/>
        </w:rPr>
        <w:t>)</w:t>
      </w:r>
    </w:p>
    <w:p w14:paraId="038248ED" w14:textId="77777777" w:rsidR="00DD6FCD" w:rsidRDefault="00DD6FCD">
      <w:pPr>
        <w:spacing w:after="120" w:line="240" w:lineRule="auto"/>
        <w:rPr>
          <w:b/>
        </w:rPr>
      </w:pPr>
    </w:p>
    <w:p w14:paraId="51F9475B" w14:textId="7AEA245F" w:rsidR="00877CE4" w:rsidRDefault="00000000" w:rsidP="00DD6FCD">
      <w:pPr>
        <w:spacing w:after="120" w:line="240" w:lineRule="auto"/>
        <w:jc w:val="center"/>
        <w:rPr>
          <w:b/>
        </w:rPr>
      </w:pPr>
      <w:r>
        <w:rPr>
          <w:b/>
        </w:rPr>
        <w:t>TÍTULO DO TRABALHO</w:t>
      </w:r>
    </w:p>
    <w:p w14:paraId="5E7C5C07" w14:textId="77777777" w:rsidR="007D702F" w:rsidRDefault="007D702F" w:rsidP="00DD6FCD">
      <w:pPr>
        <w:spacing w:after="120" w:line="240" w:lineRule="auto"/>
        <w:jc w:val="center"/>
      </w:pPr>
    </w:p>
    <w:p w14:paraId="3B9956A6" w14:textId="61D95D87" w:rsidR="001C4226" w:rsidRPr="001C4226" w:rsidRDefault="00000000" w:rsidP="001C4226">
      <w:pPr>
        <w:spacing w:after="40" w:line="240" w:lineRule="auto"/>
      </w:pPr>
      <w:r>
        <w:t>Silva A.</w:t>
      </w:r>
      <w:r>
        <w:rPr>
          <w:vertAlign w:val="superscript"/>
        </w:rPr>
        <w:t>1</w:t>
      </w:r>
      <w:r w:rsidR="00DD6FCD">
        <w:rPr>
          <w:vertAlign w:val="superscript"/>
        </w:rPr>
        <w:t>*</w:t>
      </w:r>
      <w:r>
        <w:t>, Costa P.</w:t>
      </w:r>
      <w:r>
        <w:rPr>
          <w:vertAlign w:val="superscript"/>
        </w:rPr>
        <w:t>2</w:t>
      </w:r>
      <w:r>
        <w:t>, Martins L.</w:t>
      </w:r>
      <w:r>
        <w:rPr>
          <w:vertAlign w:val="superscript"/>
        </w:rPr>
        <w:t>1,3</w:t>
      </w:r>
    </w:p>
    <w:p w14:paraId="3C7EC704" w14:textId="3EA1D79C" w:rsidR="001C4226" w:rsidRPr="001C4226" w:rsidRDefault="001C4226" w:rsidP="001C4226">
      <w:pPr>
        <w:pStyle w:val="pdq2pgselectionanchorcontainer"/>
        <w:rPr>
          <w:sz w:val="22"/>
          <w:szCs w:val="22"/>
        </w:rPr>
      </w:pPr>
      <w:r w:rsidRPr="001C4226">
        <w:rPr>
          <w:rStyle w:val="Forte"/>
          <w:b w:val="0"/>
          <w:bCs w:val="0"/>
          <w:sz w:val="22"/>
          <w:szCs w:val="22"/>
          <w:vertAlign w:val="superscript"/>
        </w:rPr>
        <w:t xml:space="preserve">1 </w:t>
      </w:r>
      <w:r w:rsidRPr="001C4226">
        <w:rPr>
          <w:rStyle w:val="Forte"/>
          <w:b w:val="0"/>
          <w:bCs w:val="0"/>
          <w:sz w:val="22"/>
          <w:szCs w:val="22"/>
        </w:rPr>
        <w:t xml:space="preserve">Instituição, unidade orgânica (quando aplicável), cidade, país; </w:t>
      </w:r>
      <w:r w:rsidRPr="001C4226">
        <w:rPr>
          <w:rStyle w:val="Forte"/>
          <w:b w:val="0"/>
          <w:bCs w:val="0"/>
          <w:sz w:val="22"/>
          <w:szCs w:val="22"/>
          <w:vertAlign w:val="superscript"/>
        </w:rPr>
        <w:t xml:space="preserve">2 </w:t>
      </w:r>
      <w:r w:rsidRPr="001C4226">
        <w:rPr>
          <w:rStyle w:val="Forte"/>
          <w:b w:val="0"/>
          <w:bCs w:val="0"/>
          <w:sz w:val="22"/>
          <w:szCs w:val="22"/>
        </w:rPr>
        <w:t xml:space="preserve">Instituição, unidade orgânica (quando aplicável), cidade, país; </w:t>
      </w:r>
      <w:r w:rsidRPr="001C4226">
        <w:rPr>
          <w:rStyle w:val="Forte"/>
          <w:b w:val="0"/>
          <w:bCs w:val="0"/>
          <w:sz w:val="22"/>
          <w:szCs w:val="22"/>
          <w:vertAlign w:val="superscript"/>
        </w:rPr>
        <w:t>3</w:t>
      </w:r>
      <w:r w:rsidRPr="001C4226">
        <w:rPr>
          <w:rStyle w:val="Forte"/>
          <w:b w:val="0"/>
          <w:bCs w:val="0"/>
          <w:sz w:val="22"/>
          <w:szCs w:val="22"/>
        </w:rPr>
        <w:t>Instituição, unidade orgânica (quando aplicável), cidade, país.</w:t>
      </w:r>
    </w:p>
    <w:p w14:paraId="6FD966A9" w14:textId="049E0051" w:rsidR="00DD6FCD" w:rsidRDefault="00DD6FCD">
      <w:pPr>
        <w:spacing w:before="120" w:after="120" w:line="360" w:lineRule="auto"/>
        <w:jc w:val="both"/>
        <w:rPr>
          <w:b/>
        </w:rPr>
      </w:pPr>
      <w:r w:rsidRPr="00DD6FCD">
        <w:rPr>
          <w:b/>
        </w:rPr>
        <w:t xml:space="preserve">*Autor </w:t>
      </w:r>
      <w:proofErr w:type="spellStart"/>
      <w:r w:rsidRPr="00DD6FCD">
        <w:rPr>
          <w:b/>
        </w:rPr>
        <w:t>correspondente</w:t>
      </w:r>
      <w:proofErr w:type="spellEnd"/>
      <w:r w:rsidRPr="00DD6FCD">
        <w:rPr>
          <w:b/>
        </w:rPr>
        <w:t xml:space="preserve">: </w:t>
      </w:r>
      <w:hyperlink r:id="rId9" w:history="1">
        <w:r w:rsidRPr="00DD6FCD">
          <w:rPr>
            <w:rStyle w:val="Hiperligao"/>
            <w:bCs/>
          </w:rPr>
          <w:t>email@exemplo.pt</w:t>
        </w:r>
      </w:hyperlink>
    </w:p>
    <w:p w14:paraId="65598A82" w14:textId="77777777" w:rsidR="00DD6FCD" w:rsidRDefault="00DD6FCD">
      <w:pPr>
        <w:spacing w:before="120" w:after="120" w:line="360" w:lineRule="auto"/>
        <w:jc w:val="both"/>
        <w:rPr>
          <w:b/>
        </w:rPr>
      </w:pPr>
    </w:p>
    <w:p w14:paraId="4B46125F" w14:textId="1C2C2A25" w:rsidR="00877CE4" w:rsidRDefault="00000000">
      <w:pPr>
        <w:spacing w:before="120" w:after="120" w:line="360" w:lineRule="auto"/>
        <w:jc w:val="both"/>
      </w:pPr>
      <w:proofErr w:type="spellStart"/>
      <w:r>
        <w:rPr>
          <w:b/>
        </w:rPr>
        <w:t>Descrição</w:t>
      </w:r>
      <w:proofErr w:type="spellEnd"/>
      <w:r>
        <w:rPr>
          <w:b/>
        </w:rPr>
        <w:t xml:space="preserve"> do </w:t>
      </w:r>
      <w:proofErr w:type="spellStart"/>
      <w:r>
        <w:rPr>
          <w:b/>
        </w:rPr>
        <w:t>caso</w:t>
      </w:r>
      <w:proofErr w:type="spellEnd"/>
      <w:r>
        <w:rPr>
          <w:b/>
        </w:rPr>
        <w:t xml:space="preserve">: </w:t>
      </w:r>
      <w:r>
        <w:t>[</w:t>
      </w:r>
      <w:proofErr w:type="spellStart"/>
      <w:r>
        <w:t>apresentar</w:t>
      </w:r>
      <w:proofErr w:type="spellEnd"/>
      <w:r>
        <w:t xml:space="preserve"> o enquadramento clínico, sinais relevantes, diagnóstico, intervenção/abordagem, evolução e desfecho, quando aplicável]</w:t>
      </w:r>
    </w:p>
    <w:p w14:paraId="5A3B9B41" w14:textId="77777777" w:rsidR="00877CE4" w:rsidRDefault="00000000">
      <w:pPr>
        <w:spacing w:before="120" w:after="120" w:line="360" w:lineRule="auto"/>
        <w:jc w:val="both"/>
      </w:pPr>
      <w:r>
        <w:rPr>
          <w:b/>
        </w:rPr>
        <w:t xml:space="preserve">Discussão: </w:t>
      </w:r>
      <w:r>
        <w:t>[interpretar o caso à luz da literatura, destacando a relevância clínica e as implicações para a prática da Enfermagem Veterinária]</w:t>
      </w:r>
    </w:p>
    <w:p w14:paraId="3BBFF729" w14:textId="77777777" w:rsidR="00877CE4" w:rsidRDefault="00000000">
      <w:pPr>
        <w:spacing w:before="120" w:after="120" w:line="360" w:lineRule="auto"/>
        <w:jc w:val="both"/>
      </w:pPr>
      <w:r>
        <w:rPr>
          <w:b/>
        </w:rPr>
        <w:t xml:space="preserve">Financiamento: </w:t>
      </w:r>
      <w:r>
        <w:t>[indicar quando aplicável]</w:t>
      </w:r>
    </w:p>
    <w:p w14:paraId="4E79C4F9" w14:textId="77777777" w:rsidR="00877CE4" w:rsidRDefault="00000000">
      <w:pPr>
        <w:spacing w:before="120" w:after="120" w:line="360" w:lineRule="auto"/>
        <w:jc w:val="both"/>
      </w:pPr>
      <w:r>
        <w:rPr>
          <w:b/>
        </w:rPr>
        <w:t xml:space="preserve">Conflitos de interesse: </w:t>
      </w:r>
      <w:r>
        <w:t>[declarar quando aplicável]</w:t>
      </w:r>
    </w:p>
    <w:p w14:paraId="30865F92" w14:textId="77777777" w:rsidR="00877CE4" w:rsidRDefault="00000000">
      <w:pPr>
        <w:spacing w:before="120" w:after="120" w:line="360" w:lineRule="auto"/>
        <w:jc w:val="both"/>
      </w:pPr>
      <w:r>
        <w:rPr>
          <w:b/>
        </w:rPr>
        <w:t xml:space="preserve">Referências bibliográficas: </w:t>
      </w:r>
      <w:r>
        <w:t xml:space="preserve">[incluir até 4 referências, de acordo com as normas da </w:t>
      </w:r>
      <w:r w:rsidRPr="00DD6FCD">
        <w:rPr>
          <w:i/>
          <w:iCs/>
        </w:rPr>
        <w:t>American Psychological Association</w:t>
      </w:r>
      <w:r>
        <w:t xml:space="preserve"> (APA), 7.ª edição]</w:t>
      </w:r>
    </w:p>
    <w:p w14:paraId="2E0D3916" w14:textId="77777777" w:rsidR="00877CE4" w:rsidRDefault="00000000">
      <w:pPr>
        <w:spacing w:before="120" w:after="120" w:line="360" w:lineRule="auto"/>
        <w:jc w:val="both"/>
      </w:pPr>
      <w:r>
        <w:rPr>
          <w:b/>
        </w:rPr>
        <w:t xml:space="preserve">Palavras-chave: </w:t>
      </w:r>
      <w:r>
        <w:t>[até 5, apresentadas por ordem de relevância]</w:t>
      </w:r>
    </w:p>
    <w:p w14:paraId="4C53BAB0" w14:textId="77777777" w:rsidR="00877CE4" w:rsidRDefault="00000000">
      <w:pPr>
        <w:spacing w:before="200" w:after="0" w:line="240" w:lineRule="auto"/>
        <w:jc w:val="both"/>
      </w:pPr>
      <w:r w:rsidRPr="007D702F">
        <w:rPr>
          <w:b/>
          <w:sz w:val="20"/>
          <w:u w:val="single"/>
        </w:rPr>
        <w:t>Nota</w:t>
      </w:r>
      <w:r>
        <w:rPr>
          <w:b/>
          <w:sz w:val="20"/>
        </w:rPr>
        <w:t xml:space="preserve">: </w:t>
      </w:r>
      <w:r>
        <w:rPr>
          <w:sz w:val="20"/>
        </w:rPr>
        <w:t xml:space="preserve">o texto do resumo </w:t>
      </w:r>
      <w:proofErr w:type="gramStart"/>
      <w:r>
        <w:rPr>
          <w:sz w:val="20"/>
        </w:rPr>
        <w:t>não</w:t>
      </w:r>
      <w:proofErr w:type="gramEnd"/>
      <w:r>
        <w:rPr>
          <w:sz w:val="20"/>
        </w:rPr>
        <w:t xml:space="preserve"> pode exceder 250 palavras. O limite não inclui o título, a identificação dos autores, as afiliações, as palavras-chave, o financiamento, a declaração de conflitos de interesse e as referências bibliográficas.</w:t>
      </w:r>
    </w:p>
    <w:sectPr w:rsidR="00877CE4" w:rsidSect="00034616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3BE25" w14:textId="77777777" w:rsidR="00DE3BC0" w:rsidRDefault="00DE3BC0">
      <w:pPr>
        <w:spacing w:after="0" w:line="240" w:lineRule="auto"/>
      </w:pPr>
      <w:r>
        <w:separator/>
      </w:r>
    </w:p>
  </w:endnote>
  <w:endnote w:type="continuationSeparator" w:id="0">
    <w:p w14:paraId="56772F22" w14:textId="77777777" w:rsidR="00DE3BC0" w:rsidRDefault="00DE3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27D75" w14:textId="5E0D176C" w:rsidR="00877CE4" w:rsidRDefault="00000000">
    <w:pPr>
      <w:pStyle w:val="Rodap"/>
      <w:jc w:val="center"/>
    </w:pPr>
    <w:r>
      <w:rPr>
        <w:sz w:val="18"/>
      </w:rPr>
      <w:t xml:space="preserve">ENEV 2026 – </w:t>
    </w:r>
    <w:r w:rsidR="007D702F">
      <w:rPr>
        <w:sz w:val="18"/>
      </w:rPr>
      <w:t>Modelo</w:t>
    </w:r>
    <w:r>
      <w:rPr>
        <w:sz w:val="18"/>
      </w:rPr>
      <w:t xml:space="preserve"> de </w:t>
    </w:r>
    <w:proofErr w:type="spellStart"/>
    <w:r>
      <w:rPr>
        <w:sz w:val="18"/>
      </w:rPr>
      <w:t>Resumo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ACF97" w14:textId="77777777" w:rsidR="00DE3BC0" w:rsidRDefault="00DE3BC0">
      <w:pPr>
        <w:spacing w:after="0" w:line="240" w:lineRule="auto"/>
      </w:pPr>
      <w:r>
        <w:separator/>
      </w:r>
    </w:p>
  </w:footnote>
  <w:footnote w:type="continuationSeparator" w:id="0">
    <w:p w14:paraId="720AD9C1" w14:textId="77777777" w:rsidR="00DE3BC0" w:rsidRDefault="00DE3B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mmarc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mmarc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0085935">
    <w:abstractNumId w:val="8"/>
  </w:num>
  <w:num w:numId="2" w16cid:durableId="273563701">
    <w:abstractNumId w:val="6"/>
  </w:num>
  <w:num w:numId="3" w16cid:durableId="1449662006">
    <w:abstractNumId w:val="5"/>
  </w:num>
  <w:num w:numId="4" w16cid:durableId="491991590">
    <w:abstractNumId w:val="4"/>
  </w:num>
  <w:num w:numId="5" w16cid:durableId="396901570">
    <w:abstractNumId w:val="7"/>
  </w:num>
  <w:num w:numId="6" w16cid:durableId="289750751">
    <w:abstractNumId w:val="3"/>
  </w:num>
  <w:num w:numId="7" w16cid:durableId="632104898">
    <w:abstractNumId w:val="2"/>
  </w:num>
  <w:num w:numId="8" w16cid:durableId="729961264">
    <w:abstractNumId w:val="1"/>
  </w:num>
  <w:num w:numId="9" w16cid:durableId="1974821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C4226"/>
    <w:rsid w:val="001F3F14"/>
    <w:rsid w:val="0029639D"/>
    <w:rsid w:val="00326F90"/>
    <w:rsid w:val="00330547"/>
    <w:rsid w:val="007D702F"/>
    <w:rsid w:val="00877CE4"/>
    <w:rsid w:val="00AA1D8D"/>
    <w:rsid w:val="00B47730"/>
    <w:rsid w:val="00CB0664"/>
    <w:rsid w:val="00DD6FCD"/>
    <w:rsid w:val="00DE366F"/>
    <w:rsid w:val="00DE3BC0"/>
    <w:rsid w:val="00F275A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A8690C"/>
  <w14:defaultImageDpi w14:val="300"/>
  <w15:docId w15:val="{B98BE226-B328-434C-BC6B-4D1D49550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</w:rPr>
  </w:style>
  <w:style w:type="paragraph" w:styleId="Ttulo1">
    <w:name w:val="heading 1"/>
    <w:basedOn w:val="Normal"/>
    <w:next w:val="Normal"/>
    <w:link w:val="Ttulo1Car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618BF"/>
  </w:style>
  <w:style w:type="paragraph" w:styleId="Rodap">
    <w:name w:val="footer"/>
    <w:basedOn w:val="Normal"/>
    <w:link w:val="Rodap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arter"/>
    <w:uiPriority w:val="99"/>
    <w:unhideWhenUsed/>
    <w:rsid w:val="00AA1D8D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AA1D8D"/>
  </w:style>
  <w:style w:type="paragraph" w:styleId="Corpodetexto2">
    <w:name w:val="Body Text 2"/>
    <w:basedOn w:val="Normal"/>
    <w:link w:val="Corpodetexto2Carter"/>
    <w:uiPriority w:val="99"/>
    <w:unhideWhenUsed/>
    <w:rsid w:val="00AA1D8D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rsid w:val="00AA1D8D"/>
  </w:style>
  <w:style w:type="paragraph" w:styleId="Corpodetexto3">
    <w:name w:val="Body Text 3"/>
    <w:basedOn w:val="Normal"/>
    <w:link w:val="Corpodetexto3Car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mmarc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ar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arter"/>
    <w:uiPriority w:val="29"/>
    <w:qFormat/>
    <w:rsid w:val="00FC693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FC693F"/>
    <w:rPr>
      <w:b/>
      <w:bCs/>
    </w:rPr>
  </w:style>
  <w:style w:type="character" w:styleId="nfase">
    <w:name w:val="Emphasis"/>
    <w:basedOn w:val="Tipodeletrapredefinidodopargraf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Discreta">
    <w:name w:val="Subtle Emphasis"/>
    <w:basedOn w:val="Tipodeletrapredefinidodopargraf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FC693F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elha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Cor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Cor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Cor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Cor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elha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elhaClara-Cor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elhaClara-Cor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elhaClara-Cor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elhaClara-Cor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elhaClara-Cor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Cor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Cor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Cor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Cor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Cor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elha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Mdia1-Cor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Mdia1-Cor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Mdia1-Cor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Mdia1-Cor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Mdia1-Cor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elha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elhaMdia3-Cor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elhaMdia3-Cor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elhaMdia3-Cor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elhaMdia3-Cor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Cor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Cor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Cor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Cor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Cor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Cor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Cor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Cor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elha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Colorida-Cor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Colorida-Cor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Colorida-Cor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Colorida-Cor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ligao">
    <w:name w:val="Hyperlink"/>
    <w:basedOn w:val="Tipodeletrapredefinidodopargrafo"/>
    <w:uiPriority w:val="99"/>
    <w:unhideWhenUsed/>
    <w:rsid w:val="00DD6FCD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DD6FCD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Normal"/>
    <w:rsid w:val="007D702F"/>
    <w:pPr>
      <w:spacing w:before="100" w:beforeAutospacing="1" w:after="100" w:afterAutospacing="1" w:line="240" w:lineRule="auto"/>
    </w:pPr>
    <w:rPr>
      <w:rFonts w:cs="Times New Roman"/>
      <w:sz w:val="24"/>
      <w:szCs w:val="24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ail@exemplo.p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email@exemplo.p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419</Words>
  <Characters>2263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Template de Resumo – ENEV 2026</vt:lpstr>
      <vt:lpstr/>
    </vt:vector>
  </TitlesOfParts>
  <Manager/>
  <Company/>
  <LinksUpToDate>false</LinksUpToDate>
  <CharactersWithSpaces>2677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de Resumo – ENEV 2026</dc:title>
  <dc:subject>Modelo em português para submissão de resumos ao ENEV 2026</dc:subject>
  <dc:creator>AEVPORT</dc:creator>
  <cp:keywords/>
  <dc:description>generated by python-docx</dc:description>
  <cp:lastModifiedBy>Nuno Renato Amorim De Lima</cp:lastModifiedBy>
  <cp:revision>4</cp:revision>
  <dcterms:created xsi:type="dcterms:W3CDTF">2013-12-23T23:15:00Z</dcterms:created>
  <dcterms:modified xsi:type="dcterms:W3CDTF">2026-09-03T23:20:00Z</dcterms:modified>
  <cp:category/>
</cp:coreProperties>
</file>